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אסוציאטיבית ומציאת מילה משותפת לכמה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לשון, גאוגרפיה, חברה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מתוך פרטים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סינון לפי נושא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מצב של הכול שמערבב נושאים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מצב יחידים ומצב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רמזים למילה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חידה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שהרמזים אכן מתאימים לנושא שנבחר, שכולם מובילים לאותה מילה בבירור, ושלא נחשפת התשובה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תהליך ההיקש - איזה רמז עזר הכי הרבה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הגיונית וכוללת ארבעה רמזים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הנמקה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קושי כמו רמזים מעורפלים או נושא לא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בכיתה במצב מקרן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הבחירה שלהם ולא רק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הנושא מראש כדי לצמצם את האפשרויות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מה המשותף מקבלים ארבעה רמזים שונים, וצריך למצוא מילה אחת שמחברת ביניהם. בדף הזה תתרגלו את אותו סוג חשיבה.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ירח, נר, כוכבים, רמזור ירוק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ים, גשם, דמעה, ברז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תורה, סיפור, ילדים, לימוד - מה המילה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ראש השנה, ראש ממשלה, כאב ראש, ראש הר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חום, קרן, קיץ, אנרגיה סולארית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הר, עמק, נהר, ים - לאיזו קטגוריה כל הרמזים האלה שייכים?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עיפרון, דף, ילקוט, שיעורי בית - כולם קשורים 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חברים, עזרה, שיתוף פעולה, קבוצה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התמודדות, קושי, להתחזק, לא לוותר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נהר, הר, מדינה, יבשת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מילה, משפט, אות, ביטוי - הנושא המשותף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מה המשותף המשבצות 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את החידות לפי נושא כמו לשון או 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אפשר לקבל רמז נוסף אם קשה למצוא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הרמזים במשחק חייבים להיות תמיד מאותו נושא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גם ביחידים וגם בקבוצות מול מקרן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רמזים למילה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עט, מחברת, שיעור,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הר, ים, יבשת,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חבר, עזרה, קבוצה, שיתוף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קושי, להתגבר, אומץ, לא 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מילה, אות, משפט,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מתוך הארבעה בדף (לשון, גאוגרפיה, חברה, חוסן) וכתבו ארבעה רמזים שמובילים למילה משותפת אחת. אל תכתבו את התשובה עד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הצלחתם למצוא את המילה המשותפת בחידה שכתבתם, מה היה הרמז הכי מנחה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לארבעה רמזים שמובילים למילה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נושא הכי קל לכם למצוא מילה משותפת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הקושי העיקרי במשחק הזה לדעתכם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המשותף? – מצאו את המילה המשותפת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