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המשותף? – מצאו את המילה המשותפת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אסוציאטיבית ומציאת מילה משותפת לכמה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בנושאי לשון, גאוגרפיה, חברה וחוסן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הסקה מתוך פרטים חלקיים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גאוגרפיה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המילה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גאוגרפיה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אפשרות סינון לפי נושא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כפתור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מצב של הכול שמערבב נושאים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מצב יחידים ומצב 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רמזים למילה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(לימוד)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(גאוגרפיה)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(חוסן)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(לשון)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חידה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שהרמזים אכן מתאימים לנושא שנבחר, שכולם מובילים לאותה מילה בבירור, ושלא נחשפת התשובה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שמראה הבנה של תהליך ההיקש - איזה רמז עזר הכי הרבה ולמה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הגיונית וכוללת ארבעה רמזים ברורים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הנמקה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קושי כמו רמזים מעורפלים או נושא לא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בכיתה במצב מקרן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לנמק את הבחירה שלהם ולא רק לנחש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את הנושא מראש כדי לצמצם את האפשרויות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המשותף? – מצאו את המילה המשותפת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ארבע מילים או תמונות. צריך למצוא מילה אחת שמתאימה לכולן.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 קטן שעוזר לנחש את התשובה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משותף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שקיים אצל כולם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קטגוריה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שאליו שייכים הרמזים, למשל גאוגרפיה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אסוציאציה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שעולה במחשבה בין שני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ניחוש מושכל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ניחוש שמבוסס על מחשבה והיגיון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נרדפת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שיש לה משמעות דומה למילה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מצאו את המילה המשותפת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לכל התמונות האלה יש קשר לדבר אחד. מה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הדבר ששייך לכל הארבעה?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תורה, סיפור, ילדים, לימוד - מה המילה המשותפת?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ראש השנה, ראש ממשלה, כאב ראש, ראש הר - מה המשותף?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חום, קרן, קיץ, אנרגיה סולארית - מה המשותף?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הר, עמק, נהר, ים - לאיזו קטגוריה כל הרמזים האלה שייכים?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חוסן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את המילה המשותפת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עיפרון, דף, ילקוט, שיעורי בית - כולם קשורים 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חברים, עזרה, שיתוף פעולה, קבוצה - הנושא המשותף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התמודדות, קושי, להתחזק, לא לוותר - הנושא המשותף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נהר, הר, מדינה, יבשת - הנושא המשותף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מילה, משפט, אות, ביטוי - הנושא המשותף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מה המשותף המשבצות מראות כמה אותיות יש במילה המבוקשת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לסנן את החידות לפי נושא כמו לשון או גאוגרפיה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אפשר לקבל רמז נוסף אם קשה למצוא את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הרמזים במשחק חייבים להיות תמיד מאותו נושא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במשחק גם ביחידים וגם בקבוצות מול מקרן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רמזים למילה המשותפת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עט, מחברת, שיעור, 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הר, ים, יבשת, אקלים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חבר, עזרה, קבוצה, שיתוף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לימוד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קושי, להתגבר, אומץ, לא לוותר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גאוגרפיה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מילה, אות, משפט, 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חברה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חידה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אחד מתוך הארבעה בדף (לשון, גאוגרפיה, חברה, חוסן) וכתבו ארבעה רמזים שמובילים למילה משותפת אחת. אל תכתבו את התשובה עד הסוף.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איך הצלחתם למצוא את המילה המשותפת בחידה שכתבתם, מה היה הרמז הכי מנחה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לארבעה רמזים שמובילים למילה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נושא הכי קל לכם למצוא מילה משותפת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הקושי העיקרי במשחק הזה לדעתכם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המשותף? – מצאו את המילה המשותפת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