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המשותף? – מצאו את המילה המשותפת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אסוציאטיבית ומציאת מילה משותפת לכמה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לשון, גאוגרפיה, חברה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הסקה מתוך פרטים חלקיים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סינון לפי נושא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רמז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רמזים למילה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חידה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שהרמזים אכן מתאימים לנושא שנבחר, שכולם מובילים לאותה מילה בבירור, ושלא נחשפת התשובה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הגיונית וכוללת ארבעה רמזים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הנמקה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קושי כמו רמזים מעורפלים או נושא לא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בכיתה במצב מקרן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לנמק את הבחירה שלהם ולא רק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הנושא מראש כדי לצמצם את האפשרויות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המשותף? – מצאו את המילה המשותפת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מה המשותף מקבלים ארבעה רמזים שונים, וצריך למצוא מילה אחת שמחברת ביניהם. בדף הזה תתרגלו את אותו סוג 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ספר  ·  חוסן  ·  חברה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ירח, נר, כוכבים, רמזור ירוק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ים, גשם, דמעה, ברז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תורה, סיפור, ילדים, לימוד - מה המילה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את המילה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עיפרון, דף, ילקוט, שיעורי בית - כולם קשורים 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חברים, עזרה, שיתוף פעולה, קבוצה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התמודדות, קושי, להתחזק, לא לוותר - הנושא המשותף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מה המשותף המשבצות מראות כמה אותיות יש במילה המבוקשת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לסנן את החידות לפי נושא כמו לשון או 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אפשר לקבל רמז נוסף אם קשה למצוא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רמזים למילה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עט, מחברת, שיעור,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גאוגרפיה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הר, ים, יבשת, 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חבר, עזרה, קבוצה, שיתוף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קושי, להתגבר, אומץ, לא 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חידה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אחד מתוך הארבעה בדף (לשון, גאוגרפיה, חברה, חוסן) וכתבו ארבעה רמזים שמובילים למילה משותפת אחת. אל תכתבו את התשובה עד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לארבעה רמזים שמובילים למילה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נושא הכי קל לכם למצוא מילה משותפת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המשותף? – מצאו את המילה המשותפת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